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1E0B0A" w:rsidRDefault="001E0B0A">
      <w:pPr>
        <w:pStyle w:val="Heading2"/>
      </w:pPr>
      <w:r>
        <w:rPr>
          <w:noProof/>
        </w:rPr>
        <w:drawing>
          <wp:inline distT="0" distB="0" distL="0" distR="0">
            <wp:extent cx="1035050" cy="587657"/>
            <wp:effectExtent l="0" t="0" r="0" b="3175"/>
            <wp:docPr id="545387523" name="Picture 1" descr="A green and brown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5387523" name="Picture 1" descr="A green and brown text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43410" cy="5924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27B1" w:rsidRDefault="00000000" w:rsidP="000E5580">
      <w:pPr>
        <w:pStyle w:val="Heading2"/>
        <w:ind w:left="2160"/>
        <w:rPr>
          <w:sz w:val="36"/>
          <w:szCs w:val="36"/>
        </w:rPr>
      </w:pPr>
      <w:r w:rsidRPr="000E5580">
        <w:rPr>
          <w:sz w:val="36"/>
          <w:szCs w:val="36"/>
        </w:rPr>
        <w:t>Distributor Registration Form</w:t>
      </w:r>
    </w:p>
    <w:p w:rsidR="000E5580" w:rsidRDefault="000E5580" w:rsidP="000E5580"/>
    <w:p w:rsidR="000E5580" w:rsidRPr="000E5580" w:rsidRDefault="000E5580" w:rsidP="000E5580"/>
    <w:p w:rsidR="00C627B1" w:rsidRDefault="00000000">
      <w:r>
        <w:t>To: ALIS Furniture Company</w:t>
      </w:r>
    </w:p>
    <w:p w:rsidR="00C627B1" w:rsidRDefault="00000000">
      <w:r>
        <w:t>Address: Level 19, 4 Nguyen Dinh Chieu, Dakao Ward, District 1, Ho Chi Minh City</w:t>
      </w:r>
    </w:p>
    <w:p w:rsidR="00C627B1" w:rsidRDefault="00000000">
      <w:r>
        <w:t>Phone: +84 909 460 418 (Vietnam) | +44 7867 313 699 (</w:t>
      </w:r>
      <w:r w:rsidR="00FB0BA2">
        <w:t>England</w:t>
      </w:r>
      <w:r>
        <w:t>)</w:t>
      </w:r>
    </w:p>
    <w:p w:rsidR="00C627B1" w:rsidRDefault="00000000">
      <w:r>
        <w:t>After reviewing the information regarding your product lines and dealer requirements, our company/store agrees to register as a distributor for ALIS Furniture products.</w:t>
      </w:r>
      <w:r>
        <w:br/>
      </w:r>
      <w:r>
        <w:br/>
        <w:t>1. Name of Individual / Company / Store:</w:t>
      </w:r>
      <w:r>
        <w:br/>
        <w:t>2. Business Address:</w:t>
      </w:r>
      <w:r>
        <w:br/>
        <w:t>3. Phone Number:</w:t>
      </w:r>
      <w:r>
        <w:br/>
        <w:t>4. Tax Identification Number (TIN):</w:t>
      </w:r>
      <w:r>
        <w:br/>
        <w:t>5. Store Owner / Director:</w:t>
      </w:r>
      <w:r>
        <w:br/>
        <w:t xml:space="preserve">   - Contact Number:</w:t>
      </w:r>
      <w:r>
        <w:br/>
        <w:t>6. Email Address:</w:t>
      </w:r>
      <w:r>
        <w:br/>
        <w:t>7. Bank Account (if applicable):</w:t>
      </w:r>
      <w:r>
        <w:br/>
      </w:r>
      <w:r>
        <w:br/>
        <w:t>8. Pricing: Dealer pricing as provided by ALIS Furniture.</w:t>
      </w:r>
      <w:r>
        <w:br/>
        <w:t>- Any changes in pricing will be notified by ALIS Furniture at least 2 weeks in advance.</w:t>
      </w:r>
      <w:r>
        <w:br/>
      </w:r>
      <w:r>
        <w:br/>
        <w:t>9. Registration Date: ____ / ____ / _______</w:t>
      </w:r>
    </w:p>
    <w:p w:rsidR="00C627B1" w:rsidRDefault="00000000">
      <w:r>
        <w:br/>
        <w:t>Confirmation by ALIS Furniture</w:t>
      </w:r>
      <w:r>
        <w:tab/>
      </w:r>
      <w:r>
        <w:tab/>
      </w:r>
      <w:r>
        <w:tab/>
        <w:t>Distributor Representative</w:t>
      </w:r>
    </w:p>
    <w:sectPr w:rsidR="00C627B1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265502669">
    <w:abstractNumId w:val="8"/>
  </w:num>
  <w:num w:numId="2" w16cid:durableId="170532844">
    <w:abstractNumId w:val="6"/>
  </w:num>
  <w:num w:numId="3" w16cid:durableId="1532917194">
    <w:abstractNumId w:val="5"/>
  </w:num>
  <w:num w:numId="4" w16cid:durableId="1371539748">
    <w:abstractNumId w:val="4"/>
  </w:num>
  <w:num w:numId="5" w16cid:durableId="354767637">
    <w:abstractNumId w:val="7"/>
  </w:num>
  <w:num w:numId="6" w16cid:durableId="1947080918">
    <w:abstractNumId w:val="3"/>
  </w:num>
  <w:num w:numId="7" w16cid:durableId="114719114">
    <w:abstractNumId w:val="2"/>
  </w:num>
  <w:num w:numId="8" w16cid:durableId="1772778401">
    <w:abstractNumId w:val="1"/>
  </w:num>
  <w:num w:numId="9" w16cid:durableId="19903966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821B8"/>
    <w:rsid w:val="000E5580"/>
    <w:rsid w:val="0015074B"/>
    <w:rsid w:val="001E0B0A"/>
    <w:rsid w:val="0029639D"/>
    <w:rsid w:val="002C370C"/>
    <w:rsid w:val="00326F90"/>
    <w:rsid w:val="00900D82"/>
    <w:rsid w:val="00A13296"/>
    <w:rsid w:val="00AA1D8D"/>
    <w:rsid w:val="00B47730"/>
    <w:rsid w:val="00C627B1"/>
    <w:rsid w:val="00CB0664"/>
    <w:rsid w:val="00FB0BA2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460440C"/>
  <w14:defaultImageDpi w14:val="300"/>
  <w15:docId w15:val="{530B9428-39DB-41E3-B045-2F8CBFC406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Arial" w:hAnsi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125</Words>
  <Characters>717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841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Report SST</cp:lastModifiedBy>
  <cp:revision>13</cp:revision>
  <dcterms:created xsi:type="dcterms:W3CDTF">2025-04-07T22:54:00Z</dcterms:created>
  <dcterms:modified xsi:type="dcterms:W3CDTF">2025-04-07T22:56:00Z</dcterms:modified>
  <cp:category/>
</cp:coreProperties>
</file>